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E49E7" w14:textId="41036D3C" w:rsidR="008E3E2F" w:rsidRPr="00F9535B" w:rsidRDefault="008E3E2F" w:rsidP="008E3E2F">
      <w:pPr>
        <w:pStyle w:val="04ABodyText"/>
        <w:ind w:left="-993"/>
        <w:rPr>
          <w:rFonts w:ascii="Arial" w:hAnsi="Arial"/>
          <w:b/>
          <w:bCs/>
          <w:sz w:val="72"/>
          <w:szCs w:val="72"/>
        </w:rPr>
      </w:pPr>
      <w:r w:rsidRPr="00F9535B">
        <w:rPr>
          <w:rFonts w:ascii="Arial" w:hAnsi="Arial"/>
          <w:b/>
          <w:bCs/>
          <w:sz w:val="72"/>
          <w:szCs w:val="72"/>
        </w:rPr>
        <w:t xml:space="preserve">Easy read about a </w:t>
      </w:r>
      <w:r w:rsidR="00B57A73">
        <w:rPr>
          <w:rFonts w:ascii="Arial" w:hAnsi="Arial"/>
          <w:b/>
          <w:bCs/>
          <w:sz w:val="72"/>
          <w:szCs w:val="72"/>
        </w:rPr>
        <w:t xml:space="preserve">taking part in a </w:t>
      </w:r>
      <w:r w:rsidRPr="00F9535B">
        <w:rPr>
          <w:rFonts w:ascii="Arial" w:hAnsi="Arial"/>
          <w:b/>
          <w:bCs/>
          <w:sz w:val="72"/>
          <w:szCs w:val="72"/>
        </w:rPr>
        <w:t xml:space="preserve">conversation about how to make support for adults in England better </w:t>
      </w:r>
    </w:p>
    <w:p w14:paraId="6CD5F6D6" w14:textId="6DB17213" w:rsidR="008E3E2F" w:rsidRDefault="008E3E2F" w:rsidP="00B57A73">
      <w:pPr>
        <w:pStyle w:val="04ABodyText"/>
        <w:ind w:left="-993"/>
        <w:rPr>
          <w:rFonts w:ascii="Arial" w:hAnsi="Arial"/>
          <w:b/>
          <w:bCs/>
          <w:sz w:val="40"/>
          <w:szCs w:val="40"/>
        </w:rPr>
      </w:pPr>
      <w:r w:rsidRPr="00F9535B">
        <w:rPr>
          <w:rFonts w:ascii="Arial" w:hAnsi="Arial"/>
          <w:b/>
          <w:bCs/>
          <w:sz w:val="40"/>
          <w:szCs w:val="40"/>
        </w:rPr>
        <w:t xml:space="preserve">This document is about </w:t>
      </w:r>
      <w:r w:rsidR="00B57A73">
        <w:rPr>
          <w:rFonts w:ascii="Arial" w:hAnsi="Arial"/>
          <w:b/>
          <w:bCs/>
          <w:sz w:val="40"/>
          <w:szCs w:val="40"/>
        </w:rPr>
        <w:t>the research, and your rights as a participant.</w:t>
      </w:r>
    </w:p>
    <w:p w14:paraId="33F5F958" w14:textId="7E6B6DB8" w:rsidR="00B57A73" w:rsidRPr="00F9535B" w:rsidRDefault="00B57A73" w:rsidP="00B57A73">
      <w:pPr>
        <w:pStyle w:val="04ABodyText"/>
        <w:ind w:left="-993"/>
        <w:jc w:val="center"/>
        <w:rPr>
          <w:rFonts w:ascii="Arial" w:hAnsi="Arial"/>
          <w:b/>
          <w:bCs/>
          <w:sz w:val="40"/>
          <w:szCs w:val="40"/>
        </w:rPr>
      </w:pPr>
      <w:r w:rsidRPr="00F9535B">
        <w:rPr>
          <w:rFonts w:ascii="Arial" w:hAnsi="Arial"/>
          <w:noProof/>
          <w:sz w:val="32"/>
          <w:szCs w:val="32"/>
        </w:rPr>
        <w:drawing>
          <wp:inline distT="0" distB="0" distL="0" distR="0" wp14:anchorId="7A5D3A5B" wp14:editId="03FF3A6C">
            <wp:extent cx="3924000" cy="3924000"/>
            <wp:effectExtent l="0" t="0" r="635" b="635"/>
            <wp:docPr id="15905496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000" cy="39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916" w:type="dxa"/>
        <w:tblInd w:w="-993" w:type="dxa"/>
        <w:tblLayout w:type="fixed"/>
        <w:tblLook w:val="04A0" w:firstRow="1" w:lastRow="0" w:firstColumn="1" w:lastColumn="0" w:noHBand="0" w:noVBand="1"/>
      </w:tblPr>
      <w:tblGrid>
        <w:gridCol w:w="5671"/>
        <w:gridCol w:w="5245"/>
      </w:tblGrid>
      <w:tr w:rsidR="008E3E2F" w:rsidRPr="00F9535B" w14:paraId="55FD2D47" w14:textId="77777777" w:rsidTr="00616AFC">
        <w:tc>
          <w:tcPr>
            <w:tcW w:w="5671" w:type="dxa"/>
          </w:tcPr>
          <w:p w14:paraId="1F9DAAD3" w14:textId="1AA483D6" w:rsidR="008E3E2F" w:rsidRPr="00B57A73" w:rsidRDefault="00271DAE" w:rsidP="00CD777E">
            <w:pPr>
              <w:ind w:right="1269"/>
              <w:rPr>
                <w:rFonts w:cs="Arial"/>
                <w:sz w:val="40"/>
                <w:szCs w:val="40"/>
                <w:highlight w:val="yellow"/>
              </w:rPr>
            </w:pPr>
            <w:r w:rsidRPr="00271DAE">
              <w:rPr>
                <w:rFonts w:cs="Arial"/>
                <w:noProof/>
                <w:sz w:val="40"/>
                <w:szCs w:val="40"/>
              </w:rPr>
              <w:lastRenderedPageBreak/>
              <w:drawing>
                <wp:inline distT="0" distB="0" distL="0" distR="0" wp14:anchorId="56B2D2C8" wp14:editId="16C81492">
                  <wp:extent cx="3240000" cy="2779360"/>
                  <wp:effectExtent l="0" t="0" r="0" b="2540"/>
                  <wp:docPr id="70641686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635" b="75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77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1E19E25C" w14:textId="23784C82" w:rsidR="008E3E2F" w:rsidRPr="00F9535B" w:rsidRDefault="00B57A73" w:rsidP="00CD777E">
            <w:pPr>
              <w:ind w:right="1269"/>
              <w:rPr>
                <w:sz w:val="36"/>
                <w:szCs w:val="36"/>
              </w:rPr>
            </w:pPr>
            <w:r w:rsidRPr="00B57A73">
              <w:rPr>
                <w:rFonts w:cs="Arial"/>
                <w:b/>
                <w:bCs/>
                <w:sz w:val="40"/>
                <w:szCs w:val="40"/>
              </w:rPr>
              <w:t>Thank you</w:t>
            </w:r>
          </w:p>
          <w:p w14:paraId="454F8B89" w14:textId="77777777" w:rsidR="00B57A73" w:rsidRDefault="00B57A73" w:rsidP="00CD777E">
            <w:pPr>
              <w:ind w:right="42"/>
              <w:rPr>
                <w:sz w:val="36"/>
                <w:szCs w:val="36"/>
              </w:rPr>
            </w:pPr>
            <w:r w:rsidRPr="00B57A73">
              <w:rPr>
                <w:sz w:val="36"/>
                <w:szCs w:val="36"/>
              </w:rPr>
              <w:t>Thank you for thinking about taking part in this project.</w:t>
            </w:r>
          </w:p>
          <w:p w14:paraId="5ADDA5F0" w14:textId="77777777" w:rsidR="00271DAE" w:rsidRPr="00B57A73" w:rsidRDefault="00271DAE" w:rsidP="00CD777E">
            <w:pPr>
              <w:ind w:right="1269"/>
              <w:rPr>
                <w:sz w:val="36"/>
                <w:szCs w:val="36"/>
              </w:rPr>
            </w:pPr>
          </w:p>
          <w:p w14:paraId="6354DAEC" w14:textId="537BAF52" w:rsidR="008E3E2F" w:rsidRDefault="00B57A73" w:rsidP="00CD777E">
            <w:pPr>
              <w:ind w:right="29"/>
              <w:rPr>
                <w:sz w:val="36"/>
                <w:szCs w:val="36"/>
              </w:rPr>
            </w:pPr>
            <w:r w:rsidRPr="00B57A73">
              <w:rPr>
                <w:sz w:val="36"/>
                <w:szCs w:val="36"/>
              </w:rPr>
              <w:t>We want to hear your views about care and support.</w:t>
            </w:r>
          </w:p>
          <w:p w14:paraId="6CEBF7DD" w14:textId="77777777" w:rsidR="008E3E2F" w:rsidRDefault="008E3E2F" w:rsidP="00CD777E">
            <w:pPr>
              <w:ind w:right="1269"/>
              <w:rPr>
                <w:sz w:val="36"/>
                <w:szCs w:val="36"/>
              </w:rPr>
            </w:pPr>
          </w:p>
          <w:p w14:paraId="3173EFFE" w14:textId="77777777" w:rsidR="006C5B3B" w:rsidRPr="00F9535B" w:rsidRDefault="006C5B3B" w:rsidP="00CD777E">
            <w:pPr>
              <w:ind w:right="1269"/>
              <w:rPr>
                <w:sz w:val="36"/>
                <w:szCs w:val="36"/>
              </w:rPr>
            </w:pPr>
          </w:p>
          <w:p w14:paraId="3390D30B" w14:textId="77777777" w:rsidR="008E3E2F" w:rsidRPr="00F9535B" w:rsidRDefault="008E3E2F" w:rsidP="00CD777E">
            <w:pPr>
              <w:ind w:right="1269"/>
              <w:rPr>
                <w:rFonts w:cs="Arial"/>
                <w:szCs w:val="32"/>
              </w:rPr>
            </w:pPr>
          </w:p>
        </w:tc>
      </w:tr>
      <w:tr w:rsidR="00B57A73" w:rsidRPr="00F9535B" w14:paraId="3AA9B5D7" w14:textId="77777777" w:rsidTr="00616AFC">
        <w:tc>
          <w:tcPr>
            <w:tcW w:w="5671" w:type="dxa"/>
          </w:tcPr>
          <w:p w14:paraId="2B77FD3F" w14:textId="4118ECBC" w:rsidR="00B57A73" w:rsidRPr="00271DAE" w:rsidRDefault="00271DAE" w:rsidP="00CD777E">
            <w:pPr>
              <w:ind w:right="1269"/>
              <w:rPr>
                <w:rFonts w:cs="Arial"/>
                <w:sz w:val="40"/>
                <w:szCs w:val="40"/>
              </w:rPr>
            </w:pPr>
            <w:r w:rsidRPr="00271DAE">
              <w:rPr>
                <w:noProof/>
                <w:szCs w:val="32"/>
              </w:rPr>
              <w:drawing>
                <wp:inline distT="0" distB="0" distL="0" distR="0" wp14:anchorId="2170F8E9" wp14:editId="0609C5A2">
                  <wp:extent cx="3240000" cy="1924343"/>
                  <wp:effectExtent l="0" t="0" r="0" b="0"/>
                  <wp:docPr id="149555490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951" b="202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1924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64DE1AA3" w14:textId="77777777" w:rsidR="00B57A73" w:rsidRPr="00271DAE" w:rsidRDefault="00B57A73" w:rsidP="00CD777E">
            <w:pPr>
              <w:ind w:right="1269"/>
              <w:rPr>
                <w:rFonts w:cs="Arial"/>
                <w:sz w:val="36"/>
                <w:szCs w:val="36"/>
              </w:rPr>
            </w:pPr>
            <w:r w:rsidRPr="00271DAE">
              <w:rPr>
                <w:rFonts w:cs="Arial"/>
                <w:b/>
                <w:bCs/>
                <w:sz w:val="40"/>
                <w:szCs w:val="40"/>
              </w:rPr>
              <w:t>Who are we?</w:t>
            </w:r>
          </w:p>
          <w:p w14:paraId="7F87E354" w14:textId="61A2EA55" w:rsidR="00B57A73" w:rsidRDefault="00184214" w:rsidP="00CD777E">
            <w:pPr>
              <w:ind w:right="29"/>
              <w:rPr>
                <w:rFonts w:cs="Arial"/>
                <w:sz w:val="36"/>
                <w:szCs w:val="36"/>
              </w:rPr>
            </w:pPr>
            <w:r>
              <w:rPr>
                <w:rFonts w:cs="Arial"/>
                <w:sz w:val="36"/>
                <w:szCs w:val="36"/>
              </w:rPr>
              <w:t>National Voices</w:t>
            </w:r>
            <w:r w:rsidR="00B57A73" w:rsidRPr="00271DAE">
              <w:rPr>
                <w:rFonts w:cs="Arial"/>
                <w:sz w:val="36"/>
                <w:szCs w:val="36"/>
              </w:rPr>
              <w:t xml:space="preserve"> and Ipsos are helping with this project.</w:t>
            </w:r>
          </w:p>
          <w:p w14:paraId="51622FCF" w14:textId="77777777" w:rsidR="00271DAE" w:rsidRPr="00271DAE" w:rsidRDefault="00271DAE" w:rsidP="00CD777E">
            <w:pPr>
              <w:ind w:right="1269"/>
              <w:rPr>
                <w:rFonts w:cs="Arial"/>
                <w:sz w:val="36"/>
                <w:szCs w:val="36"/>
              </w:rPr>
            </w:pPr>
          </w:p>
          <w:p w14:paraId="353B2FE8" w14:textId="0F878E76" w:rsidR="00B57A73" w:rsidRPr="00B57A73" w:rsidRDefault="00B57A73" w:rsidP="00CD777E">
            <w:pPr>
              <w:rPr>
                <w:rFonts w:cs="Arial"/>
                <w:b/>
                <w:bCs/>
                <w:sz w:val="40"/>
                <w:szCs w:val="40"/>
              </w:rPr>
            </w:pPr>
            <w:r w:rsidRPr="00271DAE">
              <w:rPr>
                <w:rFonts w:cs="Arial"/>
                <w:sz w:val="36"/>
                <w:szCs w:val="36"/>
              </w:rPr>
              <w:t>We listen to people and help them share their views.</w:t>
            </w:r>
          </w:p>
        </w:tc>
      </w:tr>
      <w:tr w:rsidR="00B57A73" w:rsidRPr="00F9535B" w14:paraId="6473FE49" w14:textId="77777777" w:rsidTr="00616AFC">
        <w:tc>
          <w:tcPr>
            <w:tcW w:w="5671" w:type="dxa"/>
          </w:tcPr>
          <w:p w14:paraId="621B5E1E" w14:textId="21F38234" w:rsidR="00B57A73" w:rsidRPr="00271DAE" w:rsidRDefault="00CD777E" w:rsidP="00BE5902">
            <w:pPr>
              <w:rPr>
                <w:highlight w:val="yellow"/>
              </w:rPr>
            </w:pPr>
            <w:r w:rsidRPr="00F9535B">
              <w:rPr>
                <w:noProof/>
                <w:sz w:val="36"/>
                <w:szCs w:val="36"/>
              </w:rPr>
              <w:lastRenderedPageBreak/>
              <w:drawing>
                <wp:inline distT="0" distB="0" distL="0" distR="0" wp14:anchorId="15D6D045" wp14:editId="614136F3">
                  <wp:extent cx="3240000" cy="3231712"/>
                  <wp:effectExtent l="0" t="0" r="0" b="6985"/>
                  <wp:docPr id="108177298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3231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405E5F9A" w14:textId="77777777" w:rsidR="00B57A73" w:rsidRPr="00B57A73" w:rsidRDefault="00B57A73" w:rsidP="00B57A73">
            <w:pPr>
              <w:rPr>
                <w:rFonts w:cs="Arial"/>
                <w:b/>
                <w:bCs/>
                <w:sz w:val="40"/>
                <w:szCs w:val="40"/>
              </w:rPr>
            </w:pPr>
            <w:r w:rsidRPr="00B57A73">
              <w:rPr>
                <w:rFonts w:cs="Arial"/>
                <w:b/>
                <w:bCs/>
                <w:sz w:val="40"/>
                <w:szCs w:val="40"/>
              </w:rPr>
              <w:t>What is this project about?</w:t>
            </w:r>
          </w:p>
          <w:p w14:paraId="63FD9C8D" w14:textId="66412DF9" w:rsidR="00B57A73" w:rsidRDefault="00696006" w:rsidP="00B57A73">
            <w:pPr>
              <w:rPr>
                <w:rFonts w:cs="Arial"/>
                <w:sz w:val="36"/>
                <w:szCs w:val="36"/>
              </w:rPr>
            </w:pPr>
            <w:r w:rsidRPr="00245180">
              <w:rPr>
                <w:rFonts w:cs="Arial"/>
                <w:sz w:val="36"/>
                <w:szCs w:val="36"/>
              </w:rPr>
              <w:t xml:space="preserve">The government has asked a new team of people to look at how to make support for adults better and fairer for everyone in England. The team is called </w:t>
            </w:r>
            <w:r w:rsidR="00B57A73" w:rsidRPr="00245180">
              <w:rPr>
                <w:rFonts w:cs="Arial"/>
                <w:sz w:val="36"/>
                <w:szCs w:val="36"/>
              </w:rPr>
              <w:t>The Casey Commission</w:t>
            </w:r>
            <w:r w:rsidRPr="00245180">
              <w:rPr>
                <w:rFonts w:cs="Arial"/>
                <w:sz w:val="36"/>
                <w:szCs w:val="36"/>
              </w:rPr>
              <w:t>.</w:t>
            </w:r>
            <w:r>
              <w:rPr>
                <w:rFonts w:cs="Arial"/>
                <w:sz w:val="36"/>
                <w:szCs w:val="36"/>
              </w:rPr>
              <w:t xml:space="preserve"> </w:t>
            </w:r>
          </w:p>
          <w:p w14:paraId="0266944D" w14:textId="77777777" w:rsidR="006C5B3B" w:rsidRDefault="006C5B3B" w:rsidP="00B57A73">
            <w:pPr>
              <w:rPr>
                <w:rFonts w:cs="Arial"/>
                <w:sz w:val="36"/>
                <w:szCs w:val="36"/>
              </w:rPr>
            </w:pPr>
          </w:p>
          <w:p w14:paraId="4EF6930B" w14:textId="7F407532" w:rsidR="00B57A73" w:rsidRPr="00B57A73" w:rsidRDefault="00B57A73" w:rsidP="00271DAE">
            <w:pPr>
              <w:rPr>
                <w:rFonts w:cs="Arial"/>
                <w:b/>
                <w:bCs/>
                <w:sz w:val="40"/>
                <w:szCs w:val="40"/>
              </w:rPr>
            </w:pPr>
            <w:r w:rsidRPr="00616AFC">
              <w:rPr>
                <w:rFonts w:cs="Arial"/>
                <w:sz w:val="36"/>
                <w:szCs w:val="36"/>
              </w:rPr>
              <w:t>The Commission wants to know what works well and what could be better.</w:t>
            </w:r>
          </w:p>
        </w:tc>
      </w:tr>
      <w:tr w:rsidR="00B57A73" w:rsidRPr="00F9535B" w14:paraId="7EE03A4C" w14:textId="77777777" w:rsidTr="00616AFC">
        <w:tc>
          <w:tcPr>
            <w:tcW w:w="5671" w:type="dxa"/>
          </w:tcPr>
          <w:p w14:paraId="547910D9" w14:textId="77777777" w:rsidR="00616AFC" w:rsidRDefault="00616AFC" w:rsidP="00BE5902"/>
          <w:p w14:paraId="7197A6F5" w14:textId="77777777" w:rsidR="006C5B3B" w:rsidRDefault="006C5B3B" w:rsidP="00BE5902"/>
          <w:p w14:paraId="7904A652" w14:textId="6B5FC798" w:rsidR="00B57A73" w:rsidRPr="00B57A73" w:rsidRDefault="00CD777E" w:rsidP="00BE5902">
            <w:pPr>
              <w:rPr>
                <w:highlight w:val="yellow"/>
              </w:rPr>
            </w:pPr>
            <w:r w:rsidRPr="00F9535B">
              <w:rPr>
                <w:noProof/>
                <w:szCs w:val="32"/>
              </w:rPr>
              <w:drawing>
                <wp:inline distT="0" distB="0" distL="0" distR="0" wp14:anchorId="219F4147" wp14:editId="2EBC6AAB">
                  <wp:extent cx="3240000" cy="2768215"/>
                  <wp:effectExtent l="0" t="0" r="0" b="0"/>
                  <wp:docPr id="92323602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494" b="58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76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5A50CFB5" w14:textId="77777777" w:rsidR="00616AFC" w:rsidRDefault="00616AFC" w:rsidP="00B57A73">
            <w:pPr>
              <w:rPr>
                <w:rFonts w:cs="Arial"/>
                <w:b/>
                <w:bCs/>
                <w:sz w:val="40"/>
                <w:szCs w:val="40"/>
              </w:rPr>
            </w:pPr>
          </w:p>
          <w:p w14:paraId="0EC77DC7" w14:textId="77777777" w:rsidR="006C5B3B" w:rsidRDefault="006C5B3B" w:rsidP="00B57A73">
            <w:pPr>
              <w:rPr>
                <w:rFonts w:cs="Arial"/>
                <w:b/>
                <w:bCs/>
                <w:sz w:val="40"/>
                <w:szCs w:val="40"/>
              </w:rPr>
            </w:pPr>
          </w:p>
          <w:p w14:paraId="5F7D6C86" w14:textId="43882DC6" w:rsidR="00B57A73" w:rsidRPr="00B57A73" w:rsidRDefault="00B57A73" w:rsidP="00B57A73">
            <w:pPr>
              <w:rPr>
                <w:rFonts w:cs="Arial"/>
                <w:b/>
                <w:bCs/>
                <w:sz w:val="40"/>
                <w:szCs w:val="40"/>
              </w:rPr>
            </w:pPr>
            <w:r w:rsidRPr="00B57A73">
              <w:rPr>
                <w:rFonts w:cs="Arial"/>
                <w:b/>
                <w:bCs/>
                <w:sz w:val="40"/>
                <w:szCs w:val="40"/>
              </w:rPr>
              <w:t>What is adult social care?</w:t>
            </w:r>
          </w:p>
          <w:p w14:paraId="038954FD" w14:textId="4846E6DC" w:rsidR="00B57A73" w:rsidRDefault="00B57A73" w:rsidP="00B57A73">
            <w:pPr>
              <w:rPr>
                <w:rFonts w:cs="Arial"/>
                <w:sz w:val="36"/>
                <w:szCs w:val="36"/>
              </w:rPr>
            </w:pPr>
            <w:r w:rsidRPr="00B57A73">
              <w:rPr>
                <w:rFonts w:cs="Arial"/>
                <w:sz w:val="36"/>
                <w:szCs w:val="36"/>
              </w:rPr>
              <w:t>Adult social care helps people stay safe, well and independent.</w:t>
            </w:r>
          </w:p>
          <w:p w14:paraId="19A61C03" w14:textId="77777777" w:rsidR="006C5B3B" w:rsidRPr="00B57A73" w:rsidRDefault="006C5B3B" w:rsidP="00B57A73">
            <w:pPr>
              <w:rPr>
                <w:rFonts w:cs="Arial"/>
                <w:sz w:val="36"/>
                <w:szCs w:val="36"/>
              </w:rPr>
            </w:pPr>
          </w:p>
          <w:p w14:paraId="426D86FC" w14:textId="79C437F1" w:rsidR="00B57A73" w:rsidRPr="00B57A73" w:rsidRDefault="00B57A73" w:rsidP="00B57A73">
            <w:pPr>
              <w:rPr>
                <w:rFonts w:cs="Arial"/>
                <w:sz w:val="36"/>
                <w:szCs w:val="36"/>
              </w:rPr>
            </w:pPr>
            <w:r w:rsidRPr="00B57A73">
              <w:rPr>
                <w:rFonts w:cs="Arial"/>
                <w:sz w:val="36"/>
                <w:szCs w:val="36"/>
              </w:rPr>
              <w:t>Support may include washing, dressing, cooking, getting around and joining community activities.</w:t>
            </w:r>
          </w:p>
        </w:tc>
      </w:tr>
      <w:tr w:rsidR="00B57A73" w:rsidRPr="00F9535B" w14:paraId="39E817A7" w14:textId="77777777" w:rsidTr="00616AFC">
        <w:tc>
          <w:tcPr>
            <w:tcW w:w="5671" w:type="dxa"/>
          </w:tcPr>
          <w:p w14:paraId="40E1534A" w14:textId="24764AA6" w:rsidR="00B57A73" w:rsidRPr="00B57A73" w:rsidRDefault="00271DAE" w:rsidP="00BE5902">
            <w:pPr>
              <w:rPr>
                <w:highlight w:val="yellow"/>
              </w:rPr>
            </w:pPr>
            <w:r w:rsidRPr="00F9535B">
              <w:rPr>
                <w:noProof/>
                <w:szCs w:val="32"/>
              </w:rPr>
              <w:lastRenderedPageBreak/>
              <w:drawing>
                <wp:inline distT="0" distB="0" distL="0" distR="0" wp14:anchorId="691A9852" wp14:editId="72710F69">
                  <wp:extent cx="3240000" cy="2305084"/>
                  <wp:effectExtent l="0" t="0" r="0" b="0"/>
                  <wp:docPr id="413517072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164" b="156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305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10062B91" w14:textId="77777777" w:rsidR="00B57A73" w:rsidRPr="00B57A73" w:rsidRDefault="00B57A73" w:rsidP="00B57A73">
            <w:pPr>
              <w:rPr>
                <w:rFonts w:cs="Arial"/>
                <w:b/>
                <w:bCs/>
                <w:sz w:val="40"/>
                <w:szCs w:val="40"/>
              </w:rPr>
            </w:pPr>
            <w:r w:rsidRPr="00B57A73">
              <w:rPr>
                <w:rFonts w:cs="Arial"/>
                <w:b/>
                <w:bCs/>
                <w:sz w:val="40"/>
                <w:szCs w:val="40"/>
              </w:rPr>
              <w:t>Who can take part?</w:t>
            </w:r>
          </w:p>
          <w:p w14:paraId="4CB8893C" w14:textId="6E21DE9A" w:rsidR="00B57A73" w:rsidRPr="00616AFC" w:rsidRDefault="00B57A73" w:rsidP="00616AFC">
            <w:pPr>
              <w:pStyle w:val="ListParagraph"/>
              <w:numPr>
                <w:ilvl w:val="0"/>
                <w:numId w:val="12"/>
              </w:numPr>
              <w:rPr>
                <w:rFonts w:cs="Arial"/>
                <w:sz w:val="36"/>
                <w:szCs w:val="36"/>
              </w:rPr>
            </w:pPr>
            <w:r w:rsidRPr="00616AFC">
              <w:rPr>
                <w:rFonts w:cs="Arial"/>
                <w:sz w:val="36"/>
                <w:szCs w:val="36"/>
              </w:rPr>
              <w:t>People who receive care.</w:t>
            </w:r>
          </w:p>
          <w:p w14:paraId="5E7591D8" w14:textId="19A2E9D3" w:rsidR="00B57A73" w:rsidRPr="00616AFC" w:rsidRDefault="00B57A73" w:rsidP="00616AFC">
            <w:pPr>
              <w:pStyle w:val="ListParagraph"/>
              <w:numPr>
                <w:ilvl w:val="0"/>
                <w:numId w:val="12"/>
              </w:numPr>
              <w:rPr>
                <w:rFonts w:cs="Arial"/>
                <w:sz w:val="36"/>
                <w:szCs w:val="36"/>
              </w:rPr>
            </w:pPr>
            <w:r w:rsidRPr="00616AFC">
              <w:rPr>
                <w:rFonts w:cs="Arial"/>
                <w:sz w:val="36"/>
                <w:szCs w:val="36"/>
              </w:rPr>
              <w:t>People who care for someone else.</w:t>
            </w:r>
          </w:p>
          <w:p w14:paraId="4AE7092A" w14:textId="77777777" w:rsidR="00B57A73" w:rsidRDefault="00B57A73" w:rsidP="00616AFC">
            <w:pPr>
              <w:pStyle w:val="ListParagraph"/>
              <w:numPr>
                <w:ilvl w:val="0"/>
                <w:numId w:val="12"/>
              </w:numPr>
              <w:rPr>
                <w:rFonts w:cs="Arial"/>
                <w:sz w:val="36"/>
                <w:szCs w:val="36"/>
              </w:rPr>
            </w:pPr>
            <w:r w:rsidRPr="00245180">
              <w:rPr>
                <w:rFonts w:cs="Arial"/>
                <w:sz w:val="36"/>
                <w:szCs w:val="36"/>
              </w:rPr>
              <w:t xml:space="preserve">People </w:t>
            </w:r>
            <w:r w:rsidR="00696006" w:rsidRPr="00245180">
              <w:rPr>
                <w:rFonts w:cs="Arial"/>
                <w:sz w:val="36"/>
                <w:szCs w:val="36"/>
              </w:rPr>
              <w:t>who live in communities like this one and who often do not have their views heard.</w:t>
            </w:r>
            <w:r w:rsidR="00696006">
              <w:rPr>
                <w:rFonts w:cs="Arial"/>
                <w:sz w:val="36"/>
                <w:szCs w:val="36"/>
              </w:rPr>
              <w:t xml:space="preserve"> </w:t>
            </w:r>
          </w:p>
          <w:p w14:paraId="1F451FF7" w14:textId="7A048A4E" w:rsidR="006C5B3B" w:rsidRPr="006C5B3B" w:rsidRDefault="006C5B3B" w:rsidP="006C5B3B">
            <w:pPr>
              <w:rPr>
                <w:rFonts w:cs="Arial"/>
                <w:sz w:val="36"/>
                <w:szCs w:val="36"/>
              </w:rPr>
            </w:pPr>
          </w:p>
        </w:tc>
      </w:tr>
      <w:tr w:rsidR="00B57A73" w:rsidRPr="00F9535B" w14:paraId="2F3BFF7B" w14:textId="77777777" w:rsidTr="00616AFC">
        <w:tc>
          <w:tcPr>
            <w:tcW w:w="5671" w:type="dxa"/>
          </w:tcPr>
          <w:p w14:paraId="4461678A" w14:textId="77777777" w:rsidR="00CD777E" w:rsidRDefault="00CD777E" w:rsidP="00BE5902"/>
          <w:p w14:paraId="6E030E64" w14:textId="2687D775" w:rsidR="00B57A73" w:rsidRPr="00271DAE" w:rsidRDefault="00271DAE" w:rsidP="00BE5902">
            <w:r w:rsidRPr="00F9535B">
              <w:rPr>
                <w:noProof/>
                <w:szCs w:val="32"/>
              </w:rPr>
              <w:drawing>
                <wp:inline distT="0" distB="0" distL="0" distR="0" wp14:anchorId="3B31D8EB" wp14:editId="031D838D">
                  <wp:extent cx="3240000" cy="1974942"/>
                  <wp:effectExtent l="0" t="0" r="0" b="6350"/>
                  <wp:docPr id="139527090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273" b="216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1974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4BB2D450" w14:textId="77777777" w:rsidR="00CD777E" w:rsidRDefault="00CD777E" w:rsidP="00B57A73">
            <w:pPr>
              <w:rPr>
                <w:rFonts w:cs="Arial"/>
                <w:b/>
                <w:bCs/>
                <w:sz w:val="40"/>
                <w:szCs w:val="40"/>
              </w:rPr>
            </w:pPr>
          </w:p>
          <w:p w14:paraId="25666FD4" w14:textId="5EBE759C" w:rsidR="00B57A73" w:rsidRPr="00271DAE" w:rsidRDefault="00B57A73" w:rsidP="00B57A73">
            <w:pPr>
              <w:rPr>
                <w:rFonts w:cs="Arial"/>
                <w:b/>
                <w:bCs/>
                <w:sz w:val="40"/>
                <w:szCs w:val="40"/>
              </w:rPr>
            </w:pPr>
            <w:r w:rsidRPr="00271DAE">
              <w:rPr>
                <w:rFonts w:cs="Arial"/>
                <w:b/>
                <w:bCs/>
                <w:sz w:val="40"/>
                <w:szCs w:val="40"/>
              </w:rPr>
              <w:t>What will happen if I take part?</w:t>
            </w:r>
          </w:p>
          <w:p w14:paraId="39A10CF4" w14:textId="0890A98A" w:rsidR="00B57A73" w:rsidRDefault="00B57A73" w:rsidP="00B57A73">
            <w:pPr>
              <w:rPr>
                <w:rFonts w:cs="Arial"/>
                <w:sz w:val="36"/>
                <w:szCs w:val="36"/>
              </w:rPr>
            </w:pPr>
            <w:r w:rsidRPr="00271DAE">
              <w:rPr>
                <w:rFonts w:cs="Arial"/>
                <w:sz w:val="36"/>
                <w:szCs w:val="36"/>
              </w:rPr>
              <w:t>You can join a one-to-one conversation or a small group discussion.</w:t>
            </w:r>
          </w:p>
          <w:p w14:paraId="2E4102B1" w14:textId="77777777" w:rsidR="006C5B3B" w:rsidRPr="00271DAE" w:rsidRDefault="006C5B3B" w:rsidP="00B57A73">
            <w:pPr>
              <w:rPr>
                <w:rFonts w:cs="Arial"/>
                <w:sz w:val="36"/>
                <w:szCs w:val="36"/>
              </w:rPr>
            </w:pPr>
          </w:p>
          <w:p w14:paraId="064C1130" w14:textId="64D47F96" w:rsidR="00B57A73" w:rsidRPr="00B57A73" w:rsidRDefault="00B57A73" w:rsidP="00B57A73">
            <w:pPr>
              <w:rPr>
                <w:rFonts w:cs="Arial"/>
                <w:sz w:val="36"/>
                <w:szCs w:val="36"/>
              </w:rPr>
            </w:pPr>
            <w:r w:rsidRPr="00271DAE">
              <w:rPr>
                <w:rFonts w:cs="Arial"/>
                <w:sz w:val="36"/>
                <w:szCs w:val="36"/>
              </w:rPr>
              <w:t>You can take breaks and stop at any time.</w:t>
            </w:r>
          </w:p>
        </w:tc>
      </w:tr>
      <w:tr w:rsidR="00B57A73" w:rsidRPr="00F9535B" w14:paraId="654A0EE6" w14:textId="77777777" w:rsidTr="00616AFC">
        <w:tc>
          <w:tcPr>
            <w:tcW w:w="5671" w:type="dxa"/>
          </w:tcPr>
          <w:p w14:paraId="3FEB40FB" w14:textId="4CAB726B" w:rsidR="00B57A73" w:rsidRDefault="001F54E8" w:rsidP="00BE5902">
            <w:pPr>
              <w:rPr>
                <w:highlight w:val="yellow"/>
              </w:rPr>
            </w:pPr>
            <w:r w:rsidRPr="002176E1">
              <w:rPr>
                <w:noProof/>
              </w:rPr>
              <w:lastRenderedPageBreak/>
              <w:drawing>
                <wp:inline distT="0" distB="0" distL="0" distR="0" wp14:anchorId="68513FAC" wp14:editId="10048A4C">
                  <wp:extent cx="3240000" cy="2419755"/>
                  <wp:effectExtent l="0" t="0" r="0" b="0"/>
                  <wp:docPr id="341137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113743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0" cy="2419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2A1F6E" w14:textId="5533B970" w:rsidR="00CD777E" w:rsidRPr="00B57A73" w:rsidRDefault="00CD777E" w:rsidP="00BE5902">
            <w:pPr>
              <w:rPr>
                <w:highlight w:val="yellow"/>
              </w:rPr>
            </w:pPr>
          </w:p>
        </w:tc>
        <w:tc>
          <w:tcPr>
            <w:tcW w:w="5245" w:type="dxa"/>
          </w:tcPr>
          <w:p w14:paraId="124AB367" w14:textId="77777777" w:rsidR="00B57A73" w:rsidRDefault="00B57A73" w:rsidP="00BE5902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What will we talk about?</w:t>
            </w:r>
          </w:p>
          <w:p w14:paraId="56D12C84" w14:textId="77777777" w:rsidR="00B57A73" w:rsidRDefault="00B57A73" w:rsidP="00B57A73">
            <w:pPr>
              <w:rPr>
                <w:sz w:val="36"/>
                <w:szCs w:val="24"/>
              </w:rPr>
            </w:pPr>
            <w:r w:rsidRPr="00B57A73">
              <w:rPr>
                <w:sz w:val="36"/>
                <w:szCs w:val="24"/>
              </w:rPr>
              <w:t>We will ask about your life, your community and your experiences of care.</w:t>
            </w:r>
          </w:p>
          <w:p w14:paraId="1ABDAFF0" w14:textId="77777777" w:rsidR="006C5B3B" w:rsidRPr="00B57A73" w:rsidRDefault="006C5B3B" w:rsidP="00B57A73">
            <w:pPr>
              <w:rPr>
                <w:sz w:val="36"/>
                <w:szCs w:val="24"/>
              </w:rPr>
            </w:pPr>
          </w:p>
          <w:p w14:paraId="2E3A5FB5" w14:textId="77777777" w:rsidR="00B57A73" w:rsidRDefault="00B57A73" w:rsidP="00B57A73">
            <w:pPr>
              <w:rPr>
                <w:sz w:val="36"/>
                <w:szCs w:val="24"/>
              </w:rPr>
            </w:pPr>
            <w:r w:rsidRPr="00B57A73">
              <w:rPr>
                <w:sz w:val="36"/>
                <w:szCs w:val="24"/>
              </w:rPr>
              <w:t xml:space="preserve">We will ask </w:t>
            </w:r>
            <w:r w:rsidR="00616AFC">
              <w:rPr>
                <w:sz w:val="36"/>
                <w:szCs w:val="24"/>
              </w:rPr>
              <w:t>“T</w:t>
            </w:r>
            <w:r w:rsidRPr="00B57A73">
              <w:rPr>
                <w:sz w:val="36"/>
                <w:szCs w:val="24"/>
              </w:rPr>
              <w:t>he Big Question</w:t>
            </w:r>
            <w:r w:rsidR="00616AFC">
              <w:rPr>
                <w:sz w:val="36"/>
                <w:szCs w:val="24"/>
              </w:rPr>
              <w:t>”</w:t>
            </w:r>
            <w:r w:rsidRPr="00B57A73">
              <w:rPr>
                <w:sz w:val="36"/>
                <w:szCs w:val="24"/>
              </w:rPr>
              <w:t xml:space="preserve"> about who should support people and how.</w:t>
            </w:r>
          </w:p>
          <w:p w14:paraId="5E7F2446" w14:textId="77777777" w:rsidR="001F54E8" w:rsidRDefault="001F54E8" w:rsidP="00B57A73">
            <w:pPr>
              <w:rPr>
                <w:sz w:val="36"/>
                <w:szCs w:val="24"/>
              </w:rPr>
            </w:pPr>
          </w:p>
          <w:p w14:paraId="6204980D" w14:textId="1CED329E" w:rsidR="001F54E8" w:rsidRPr="00B57A73" w:rsidRDefault="001F54E8" w:rsidP="00B57A73">
            <w:pPr>
              <w:rPr>
                <w:rFonts w:cs="Arial"/>
                <w:b/>
                <w:bCs/>
                <w:sz w:val="40"/>
                <w:szCs w:val="40"/>
              </w:rPr>
            </w:pPr>
          </w:p>
        </w:tc>
      </w:tr>
      <w:tr w:rsidR="008E3E2F" w:rsidRPr="00F9535B" w14:paraId="3A421671" w14:textId="77777777" w:rsidTr="00616AFC">
        <w:tc>
          <w:tcPr>
            <w:tcW w:w="5671" w:type="dxa"/>
          </w:tcPr>
          <w:p w14:paraId="6CBEE64A" w14:textId="6C646E0E" w:rsidR="008E3E2F" w:rsidRPr="00B57A73" w:rsidRDefault="00271DAE" w:rsidP="00BE5902">
            <w:pPr>
              <w:rPr>
                <w:noProof/>
                <w:szCs w:val="32"/>
                <w:highlight w:val="yellow"/>
              </w:rPr>
            </w:pPr>
            <w:r w:rsidRPr="00F9535B">
              <w:rPr>
                <w:noProof/>
                <w:szCs w:val="32"/>
              </w:rPr>
              <w:drawing>
                <wp:inline distT="0" distB="0" distL="0" distR="0" wp14:anchorId="63DF01CD" wp14:editId="54D46E29">
                  <wp:extent cx="3240000" cy="3223506"/>
                  <wp:effectExtent l="0" t="0" r="0" b="0"/>
                  <wp:docPr id="2004284611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3223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3C79AD08" w14:textId="77777777" w:rsidR="008E3E2F" w:rsidRDefault="00B57A73" w:rsidP="00BE5902">
            <w:pPr>
              <w:rPr>
                <w:b/>
                <w:bCs/>
                <w:sz w:val="40"/>
                <w:szCs w:val="40"/>
              </w:rPr>
            </w:pPr>
            <w:r w:rsidRPr="00B57A73">
              <w:rPr>
                <w:b/>
                <w:bCs/>
                <w:sz w:val="40"/>
                <w:szCs w:val="40"/>
              </w:rPr>
              <w:t>Do I have to answer every question?</w:t>
            </w:r>
          </w:p>
          <w:p w14:paraId="0242D9E4" w14:textId="77777777" w:rsidR="00B57A73" w:rsidRDefault="00B57A73" w:rsidP="00B57A73">
            <w:pPr>
              <w:rPr>
                <w:sz w:val="36"/>
                <w:szCs w:val="24"/>
              </w:rPr>
            </w:pPr>
            <w:r w:rsidRPr="00B57A73">
              <w:rPr>
                <w:sz w:val="36"/>
                <w:szCs w:val="24"/>
              </w:rPr>
              <w:t>No. You only answer questions you want to answer.</w:t>
            </w:r>
          </w:p>
          <w:p w14:paraId="16D5478E" w14:textId="77777777" w:rsidR="006C5B3B" w:rsidRPr="00B57A73" w:rsidRDefault="006C5B3B" w:rsidP="00B57A73">
            <w:pPr>
              <w:rPr>
                <w:sz w:val="36"/>
                <w:szCs w:val="24"/>
              </w:rPr>
            </w:pPr>
          </w:p>
          <w:p w14:paraId="302FF120" w14:textId="59ADB0C1" w:rsidR="00B57A73" w:rsidRPr="00F9535B" w:rsidRDefault="00B57A73" w:rsidP="00B57A73">
            <w:pPr>
              <w:rPr>
                <w:b/>
                <w:bCs/>
                <w:sz w:val="40"/>
                <w:szCs w:val="40"/>
              </w:rPr>
            </w:pPr>
            <w:r w:rsidRPr="00B57A73">
              <w:rPr>
                <w:sz w:val="36"/>
                <w:szCs w:val="24"/>
              </w:rPr>
              <w:t>You can leave at any time.</w:t>
            </w:r>
          </w:p>
        </w:tc>
      </w:tr>
      <w:tr w:rsidR="00B57A73" w:rsidRPr="00F9535B" w14:paraId="48D01818" w14:textId="77777777" w:rsidTr="00616AFC">
        <w:tc>
          <w:tcPr>
            <w:tcW w:w="5671" w:type="dxa"/>
          </w:tcPr>
          <w:p w14:paraId="16799197" w14:textId="4F3E14CF" w:rsidR="00B57A73" w:rsidRPr="00B57A73" w:rsidRDefault="001F54E8" w:rsidP="00BE5902">
            <w:pPr>
              <w:rPr>
                <w:highlight w:val="yellow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BB12763" wp14:editId="7640C0CD">
                  <wp:extent cx="3240000" cy="2534981"/>
                  <wp:effectExtent l="0" t="0" r="0" b="0"/>
                  <wp:docPr id="5582198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8219867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0000" cy="2534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1B753C0C" w14:textId="77777777" w:rsidR="00B57A73" w:rsidRDefault="00B57A73" w:rsidP="00BE5902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Will my information be private?</w:t>
            </w:r>
          </w:p>
          <w:p w14:paraId="3A47FA4A" w14:textId="77777777" w:rsidR="00B57A73" w:rsidRDefault="00B57A73" w:rsidP="00B57A73">
            <w:pPr>
              <w:rPr>
                <w:sz w:val="36"/>
                <w:szCs w:val="24"/>
              </w:rPr>
            </w:pPr>
            <w:r w:rsidRPr="00B57A73">
              <w:rPr>
                <w:sz w:val="36"/>
                <w:szCs w:val="24"/>
              </w:rPr>
              <w:t>Yes. Your information will be kept confidential.</w:t>
            </w:r>
          </w:p>
          <w:p w14:paraId="46C8B71C" w14:textId="77777777" w:rsidR="006C5B3B" w:rsidRPr="00B57A73" w:rsidRDefault="006C5B3B" w:rsidP="00B57A73">
            <w:pPr>
              <w:rPr>
                <w:sz w:val="36"/>
                <w:szCs w:val="24"/>
              </w:rPr>
            </w:pPr>
          </w:p>
          <w:p w14:paraId="5E037CFA" w14:textId="2290E318" w:rsidR="001F54E8" w:rsidRDefault="00B57A73" w:rsidP="00B57A73">
            <w:pPr>
              <w:rPr>
                <w:sz w:val="36"/>
                <w:szCs w:val="24"/>
              </w:rPr>
            </w:pPr>
            <w:r w:rsidRPr="00B57A73">
              <w:rPr>
                <w:sz w:val="36"/>
                <w:szCs w:val="24"/>
              </w:rPr>
              <w:t>Your name will not appear in reports.</w:t>
            </w:r>
          </w:p>
          <w:p w14:paraId="50D2FA10" w14:textId="55071A26" w:rsidR="006C5B3B" w:rsidRPr="00B57A73" w:rsidRDefault="006C5B3B" w:rsidP="00B57A73">
            <w:pPr>
              <w:rPr>
                <w:b/>
                <w:bCs/>
                <w:sz w:val="40"/>
                <w:szCs w:val="40"/>
              </w:rPr>
            </w:pPr>
          </w:p>
        </w:tc>
      </w:tr>
      <w:tr w:rsidR="00B57A73" w:rsidRPr="00F9535B" w14:paraId="17977B47" w14:textId="77777777" w:rsidTr="00616AFC">
        <w:tc>
          <w:tcPr>
            <w:tcW w:w="5671" w:type="dxa"/>
          </w:tcPr>
          <w:p w14:paraId="0271E688" w14:textId="77777777" w:rsidR="00616AFC" w:rsidRDefault="00616AFC" w:rsidP="00BE5902"/>
          <w:p w14:paraId="69E05B73" w14:textId="52BB9C8E" w:rsidR="00B57A73" w:rsidRDefault="00CD777E" w:rsidP="00BE5902">
            <w:r w:rsidRPr="00CD777E">
              <w:rPr>
                <w:noProof/>
              </w:rPr>
              <w:drawing>
                <wp:inline distT="0" distB="0" distL="0" distR="0" wp14:anchorId="339BC302" wp14:editId="6DEB8A55">
                  <wp:extent cx="3239770" cy="2452961"/>
                  <wp:effectExtent l="0" t="0" r="0" b="5080"/>
                  <wp:docPr id="9732525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3252569" name=""/>
                          <pic:cNvPicPr/>
                        </pic:nvPicPr>
                        <pic:blipFill rotWithShape="1">
                          <a:blip r:embed="rId18"/>
                          <a:srcRect t="24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4531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794FE1D4" w14:textId="77777777" w:rsidR="00616AFC" w:rsidRDefault="00616AFC" w:rsidP="00BE5902">
            <w:pPr>
              <w:rPr>
                <w:b/>
                <w:sz w:val="40"/>
              </w:rPr>
            </w:pPr>
          </w:p>
          <w:p w14:paraId="34FCB546" w14:textId="66A594F1" w:rsidR="00B57A73" w:rsidRDefault="00B57A73" w:rsidP="00BE5902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sz w:val="40"/>
              </w:rPr>
              <w:t>Will the discussion be recorded?</w:t>
            </w:r>
          </w:p>
          <w:p w14:paraId="11C0D591" w14:textId="77777777" w:rsidR="00B57A73" w:rsidRDefault="00EF6945" w:rsidP="00BE5902">
            <w:pPr>
              <w:rPr>
                <w:sz w:val="36"/>
                <w:szCs w:val="24"/>
              </w:rPr>
            </w:pPr>
            <w:r>
              <w:rPr>
                <w:sz w:val="36"/>
                <w:szCs w:val="24"/>
              </w:rPr>
              <w:t>If you give us permission, t</w:t>
            </w:r>
            <w:r w:rsidR="00B57A73" w:rsidRPr="00616AFC">
              <w:rPr>
                <w:sz w:val="36"/>
                <w:szCs w:val="24"/>
              </w:rPr>
              <w:t>he discussion will be audio recorded to help with the research.</w:t>
            </w:r>
          </w:p>
          <w:p w14:paraId="1D3B4637" w14:textId="77777777" w:rsidR="006C5B3B" w:rsidRDefault="006C5B3B" w:rsidP="00BE5902">
            <w:pPr>
              <w:rPr>
                <w:sz w:val="36"/>
                <w:szCs w:val="24"/>
              </w:rPr>
            </w:pPr>
          </w:p>
          <w:p w14:paraId="5F213267" w14:textId="33F18103" w:rsidR="006C5B3B" w:rsidRPr="00B57A73" w:rsidRDefault="006C5B3B" w:rsidP="00BE5902">
            <w:pPr>
              <w:rPr>
                <w:b/>
                <w:bCs/>
                <w:sz w:val="40"/>
                <w:szCs w:val="40"/>
              </w:rPr>
            </w:pPr>
          </w:p>
        </w:tc>
      </w:tr>
      <w:tr w:rsidR="00B57A73" w:rsidRPr="00F9535B" w14:paraId="7F172BFC" w14:textId="77777777" w:rsidTr="00616AFC">
        <w:tc>
          <w:tcPr>
            <w:tcW w:w="5671" w:type="dxa"/>
          </w:tcPr>
          <w:p w14:paraId="0DC84022" w14:textId="7791CA56" w:rsidR="00B57A73" w:rsidRPr="00B57A73" w:rsidRDefault="006C5B3B" w:rsidP="00BE5902">
            <w:pPr>
              <w:rPr>
                <w:highlight w:val="yellow"/>
              </w:rPr>
            </w:pPr>
            <w:r w:rsidRPr="00CD777E">
              <w:rPr>
                <w:noProof/>
              </w:rPr>
              <w:lastRenderedPageBreak/>
              <w:drawing>
                <wp:inline distT="0" distB="0" distL="0" distR="0" wp14:anchorId="2F0C4AD7" wp14:editId="059FEEDA">
                  <wp:extent cx="3239413" cy="2023774"/>
                  <wp:effectExtent l="0" t="0" r="0" b="0"/>
                  <wp:docPr id="6328494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2849401" name=""/>
                          <pic:cNvPicPr/>
                        </pic:nvPicPr>
                        <pic:blipFill rotWithShape="1">
                          <a:blip r:embed="rId19"/>
                          <a:srcRect t="211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0241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6D1BE6FB" w14:textId="77777777" w:rsidR="00B57A73" w:rsidRDefault="00B57A73" w:rsidP="00BE5902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Can I change my mind?</w:t>
            </w:r>
          </w:p>
          <w:p w14:paraId="78296159" w14:textId="77777777" w:rsidR="00B57A73" w:rsidRDefault="00B57A73" w:rsidP="00BE5902">
            <w:pPr>
              <w:rPr>
                <w:sz w:val="36"/>
                <w:szCs w:val="24"/>
              </w:rPr>
            </w:pPr>
            <w:r w:rsidRPr="00616AFC">
              <w:rPr>
                <w:sz w:val="36"/>
                <w:szCs w:val="24"/>
              </w:rPr>
              <w:t>Yes. You can withdraw before or after the discussion.</w:t>
            </w:r>
          </w:p>
          <w:p w14:paraId="1E015E01" w14:textId="77777777" w:rsidR="006C5B3B" w:rsidRDefault="006C5B3B" w:rsidP="00BE5902">
            <w:pPr>
              <w:rPr>
                <w:sz w:val="36"/>
                <w:szCs w:val="24"/>
              </w:rPr>
            </w:pPr>
          </w:p>
          <w:p w14:paraId="0E5520F0" w14:textId="77777777" w:rsidR="006C5B3B" w:rsidRDefault="006C5B3B" w:rsidP="00BE5902">
            <w:pPr>
              <w:rPr>
                <w:sz w:val="36"/>
                <w:szCs w:val="24"/>
              </w:rPr>
            </w:pPr>
          </w:p>
          <w:p w14:paraId="31D0678A" w14:textId="77777777" w:rsidR="006C5B3B" w:rsidRDefault="006C5B3B" w:rsidP="00BE5902">
            <w:pPr>
              <w:rPr>
                <w:sz w:val="36"/>
                <w:szCs w:val="24"/>
              </w:rPr>
            </w:pPr>
          </w:p>
          <w:p w14:paraId="3D99A961" w14:textId="77777777" w:rsidR="006C5B3B" w:rsidRDefault="006C5B3B" w:rsidP="00BE5902">
            <w:pPr>
              <w:rPr>
                <w:b/>
                <w:bCs/>
                <w:sz w:val="40"/>
                <w:szCs w:val="40"/>
              </w:rPr>
            </w:pPr>
          </w:p>
          <w:p w14:paraId="56511172" w14:textId="1DFF0D6E" w:rsidR="006C5B3B" w:rsidRPr="00B57A73" w:rsidRDefault="006C5B3B" w:rsidP="00BE5902">
            <w:pPr>
              <w:rPr>
                <w:b/>
                <w:bCs/>
                <w:sz w:val="40"/>
                <w:szCs w:val="40"/>
              </w:rPr>
            </w:pPr>
          </w:p>
        </w:tc>
      </w:tr>
      <w:tr w:rsidR="00B57A73" w:rsidRPr="00F9535B" w14:paraId="0FBDA9C6" w14:textId="77777777" w:rsidTr="00616AFC">
        <w:tc>
          <w:tcPr>
            <w:tcW w:w="5671" w:type="dxa"/>
          </w:tcPr>
          <w:p w14:paraId="12435250" w14:textId="28DB4958" w:rsidR="00B57A73" w:rsidRDefault="001F54E8" w:rsidP="00BE5902">
            <w:pPr>
              <w:rPr>
                <w:highlight w:val="yellow"/>
              </w:rPr>
            </w:pPr>
            <w:r w:rsidRPr="00CD777E">
              <w:rPr>
                <w:noProof/>
              </w:rPr>
              <w:drawing>
                <wp:inline distT="0" distB="0" distL="0" distR="0" wp14:anchorId="7F99843D" wp14:editId="3F731F1B">
                  <wp:extent cx="3240000" cy="3035340"/>
                  <wp:effectExtent l="0" t="0" r="0" b="0"/>
                  <wp:docPr id="7359525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5952512" name=""/>
                          <pic:cNvPicPr/>
                        </pic:nvPicPr>
                        <pic:blipFill rotWithShape="1">
                          <a:blip r:embed="rId20"/>
                          <a:srcRect t="15615" r="15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3035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ED97B4F" w14:textId="0FA1B35F" w:rsidR="006C5B3B" w:rsidRPr="00B57A73" w:rsidRDefault="006C5B3B" w:rsidP="00BE5902">
            <w:pPr>
              <w:rPr>
                <w:highlight w:val="yellow"/>
              </w:rPr>
            </w:pPr>
          </w:p>
        </w:tc>
        <w:tc>
          <w:tcPr>
            <w:tcW w:w="5245" w:type="dxa"/>
          </w:tcPr>
          <w:p w14:paraId="5E61472F" w14:textId="7CCC0D00" w:rsidR="00B57A73" w:rsidRDefault="00B57A73" w:rsidP="00BE5902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Benefits of taking part</w:t>
            </w:r>
          </w:p>
          <w:p w14:paraId="27F24DBB" w14:textId="77777777" w:rsidR="00B57A73" w:rsidRPr="00616AFC" w:rsidRDefault="00B57A73" w:rsidP="00B57A73">
            <w:pPr>
              <w:rPr>
                <w:sz w:val="36"/>
                <w:szCs w:val="24"/>
              </w:rPr>
            </w:pPr>
            <w:r w:rsidRPr="00616AFC">
              <w:rPr>
                <w:sz w:val="36"/>
                <w:szCs w:val="24"/>
              </w:rPr>
              <w:t>You can help improve adult social care.</w:t>
            </w:r>
          </w:p>
          <w:p w14:paraId="7B7E7493" w14:textId="77777777" w:rsidR="00CD777E" w:rsidRPr="00616AFC" w:rsidRDefault="00CD777E" w:rsidP="00B57A73">
            <w:pPr>
              <w:rPr>
                <w:sz w:val="36"/>
                <w:szCs w:val="24"/>
              </w:rPr>
            </w:pPr>
          </w:p>
          <w:p w14:paraId="785C8094" w14:textId="144022A9" w:rsidR="00B57A73" w:rsidRPr="00B57A73" w:rsidRDefault="00B57A73" w:rsidP="00B57A73">
            <w:pPr>
              <w:rPr>
                <w:b/>
                <w:bCs/>
                <w:sz w:val="40"/>
                <w:szCs w:val="40"/>
              </w:rPr>
            </w:pPr>
            <w:r w:rsidRPr="00616AFC">
              <w:rPr>
                <w:sz w:val="36"/>
                <w:szCs w:val="24"/>
              </w:rPr>
              <w:t>You will receive a £50 voucher as a thank you.</w:t>
            </w:r>
          </w:p>
        </w:tc>
      </w:tr>
      <w:tr w:rsidR="00B57A73" w:rsidRPr="00F9535B" w14:paraId="15C16437" w14:textId="77777777" w:rsidTr="00616AFC">
        <w:tc>
          <w:tcPr>
            <w:tcW w:w="5671" w:type="dxa"/>
          </w:tcPr>
          <w:p w14:paraId="6876BFE0" w14:textId="4489F2DA" w:rsidR="00B57A73" w:rsidRDefault="00271DAE" w:rsidP="00BE5902">
            <w:r w:rsidRPr="00271DAE">
              <w:rPr>
                <w:noProof/>
              </w:rPr>
              <w:lastRenderedPageBreak/>
              <w:drawing>
                <wp:inline distT="0" distB="0" distL="0" distR="0" wp14:anchorId="420CC3CC" wp14:editId="6C255AA2">
                  <wp:extent cx="3240000" cy="3240000"/>
                  <wp:effectExtent l="0" t="0" r="0" b="0"/>
                  <wp:docPr id="67684336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3690697F" w14:textId="77777777" w:rsidR="00B57A73" w:rsidRDefault="00B57A73" w:rsidP="00BE5902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What information will you collect?</w:t>
            </w:r>
          </w:p>
          <w:p w14:paraId="5D2BF3B8" w14:textId="6705F493" w:rsidR="00B57A73" w:rsidRPr="00616AFC" w:rsidRDefault="00B57A73" w:rsidP="00B57A73">
            <w:pPr>
              <w:rPr>
                <w:sz w:val="36"/>
                <w:szCs w:val="24"/>
              </w:rPr>
            </w:pPr>
            <w:r w:rsidRPr="00616AFC">
              <w:rPr>
                <w:sz w:val="36"/>
                <w:szCs w:val="24"/>
              </w:rPr>
              <w:t xml:space="preserve">We </w:t>
            </w:r>
            <w:r w:rsidR="00EF6945">
              <w:rPr>
                <w:sz w:val="36"/>
                <w:szCs w:val="24"/>
              </w:rPr>
              <w:t>will</w:t>
            </w:r>
            <w:r w:rsidRPr="00616AFC">
              <w:rPr>
                <w:sz w:val="36"/>
                <w:szCs w:val="24"/>
              </w:rPr>
              <w:t xml:space="preserve"> ask </w:t>
            </w:r>
            <w:r w:rsidRPr="006C5B3B">
              <w:rPr>
                <w:sz w:val="36"/>
                <w:szCs w:val="24"/>
              </w:rPr>
              <w:t xml:space="preserve">about your </w:t>
            </w:r>
            <w:r w:rsidR="00696006" w:rsidRPr="006C5B3B">
              <w:rPr>
                <w:sz w:val="36"/>
                <w:szCs w:val="24"/>
              </w:rPr>
              <w:t xml:space="preserve">first </w:t>
            </w:r>
            <w:r w:rsidRPr="006C5B3B">
              <w:rPr>
                <w:sz w:val="36"/>
                <w:szCs w:val="24"/>
              </w:rPr>
              <w:t>name, location a</w:t>
            </w:r>
            <w:r w:rsidRPr="00616AFC">
              <w:rPr>
                <w:sz w:val="36"/>
                <w:szCs w:val="24"/>
              </w:rPr>
              <w:t>nd experiences.</w:t>
            </w:r>
          </w:p>
          <w:p w14:paraId="2EABF421" w14:textId="35EE2A5F" w:rsidR="00B57A73" w:rsidRPr="00B57A73" w:rsidRDefault="00B57A73" w:rsidP="00B57A73">
            <w:pPr>
              <w:rPr>
                <w:b/>
                <w:bCs/>
                <w:sz w:val="40"/>
                <w:szCs w:val="40"/>
              </w:rPr>
            </w:pPr>
            <w:r w:rsidRPr="00616AFC">
              <w:rPr>
                <w:sz w:val="36"/>
                <w:szCs w:val="24"/>
              </w:rPr>
              <w:t>You can choose how much information to share.</w:t>
            </w:r>
          </w:p>
        </w:tc>
      </w:tr>
      <w:tr w:rsidR="00B57A73" w:rsidRPr="00F9535B" w14:paraId="118988EE" w14:textId="77777777" w:rsidTr="00616AFC">
        <w:tc>
          <w:tcPr>
            <w:tcW w:w="5671" w:type="dxa"/>
          </w:tcPr>
          <w:p w14:paraId="054B0849" w14:textId="77777777" w:rsidR="00CD777E" w:rsidRDefault="00CD777E" w:rsidP="00BE5902"/>
          <w:p w14:paraId="7C5EC9B1" w14:textId="77777777" w:rsidR="00CD777E" w:rsidRDefault="00CD777E" w:rsidP="00BE5902"/>
          <w:p w14:paraId="1CD4B5B3" w14:textId="2A899D28" w:rsidR="00B57A73" w:rsidRDefault="00271DAE" w:rsidP="00BE5902">
            <w:r w:rsidRPr="00271DAE">
              <w:rPr>
                <w:noProof/>
              </w:rPr>
              <w:drawing>
                <wp:inline distT="0" distB="0" distL="0" distR="0" wp14:anchorId="621030F3" wp14:editId="7EA1CE44">
                  <wp:extent cx="3240000" cy="2389537"/>
                  <wp:effectExtent l="0" t="0" r="0" b="0"/>
                  <wp:docPr id="4389630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09" b="129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389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6AACEE29" w14:textId="77777777" w:rsidR="00CD777E" w:rsidRDefault="00CD777E" w:rsidP="00BE5902">
            <w:pPr>
              <w:rPr>
                <w:b/>
                <w:sz w:val="40"/>
              </w:rPr>
            </w:pPr>
          </w:p>
          <w:p w14:paraId="47DA816F" w14:textId="77777777" w:rsidR="00CD777E" w:rsidRDefault="00CD777E" w:rsidP="00BE5902">
            <w:pPr>
              <w:rPr>
                <w:b/>
                <w:sz w:val="40"/>
              </w:rPr>
            </w:pPr>
          </w:p>
          <w:p w14:paraId="0357E692" w14:textId="07399A20" w:rsidR="00B57A73" w:rsidRDefault="00B57A73" w:rsidP="00BE5902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How will my information be used?</w:t>
            </w:r>
          </w:p>
          <w:p w14:paraId="3B058BD6" w14:textId="77777777" w:rsidR="00B57A73" w:rsidRDefault="00B57A73" w:rsidP="00B57A73">
            <w:pPr>
              <w:rPr>
                <w:sz w:val="36"/>
                <w:szCs w:val="24"/>
              </w:rPr>
            </w:pPr>
            <w:r w:rsidRPr="00616AFC">
              <w:rPr>
                <w:sz w:val="36"/>
                <w:szCs w:val="24"/>
              </w:rPr>
              <w:t>Your answers will be combined with other people’s answers.</w:t>
            </w:r>
          </w:p>
          <w:p w14:paraId="3EE3F894" w14:textId="77777777" w:rsidR="001F54E8" w:rsidRPr="00616AFC" w:rsidRDefault="001F54E8" w:rsidP="00B57A73">
            <w:pPr>
              <w:rPr>
                <w:sz w:val="36"/>
                <w:szCs w:val="24"/>
              </w:rPr>
            </w:pPr>
          </w:p>
          <w:p w14:paraId="28F0EC5E" w14:textId="77777777" w:rsidR="00B57A73" w:rsidRDefault="00217BA3" w:rsidP="00B57A73">
            <w:pPr>
              <w:rPr>
                <w:sz w:val="36"/>
                <w:szCs w:val="24"/>
              </w:rPr>
            </w:pPr>
            <w:r>
              <w:rPr>
                <w:sz w:val="36"/>
                <w:szCs w:val="24"/>
              </w:rPr>
              <w:t>Your name will not be published</w:t>
            </w:r>
            <w:r w:rsidR="00B57A73" w:rsidRPr="00616AFC">
              <w:rPr>
                <w:sz w:val="36"/>
                <w:szCs w:val="24"/>
              </w:rPr>
              <w:t>.</w:t>
            </w:r>
          </w:p>
          <w:p w14:paraId="274B5F08" w14:textId="3E861D92" w:rsidR="006C5B3B" w:rsidRPr="00B57A73" w:rsidRDefault="006C5B3B" w:rsidP="00B57A73">
            <w:pPr>
              <w:rPr>
                <w:b/>
                <w:bCs/>
                <w:sz w:val="40"/>
                <w:szCs w:val="40"/>
              </w:rPr>
            </w:pPr>
          </w:p>
        </w:tc>
      </w:tr>
      <w:tr w:rsidR="00B57A73" w:rsidRPr="00F9535B" w14:paraId="05FE0531" w14:textId="77777777" w:rsidTr="00616AFC">
        <w:tc>
          <w:tcPr>
            <w:tcW w:w="5671" w:type="dxa"/>
          </w:tcPr>
          <w:p w14:paraId="6214D169" w14:textId="4B227BA1" w:rsidR="00B57A73" w:rsidRDefault="00271DAE" w:rsidP="00BE5902">
            <w:r w:rsidRPr="00271DAE">
              <w:rPr>
                <w:noProof/>
              </w:rPr>
              <w:lastRenderedPageBreak/>
              <w:drawing>
                <wp:inline distT="0" distB="0" distL="0" distR="0" wp14:anchorId="2689D576" wp14:editId="237ED91C">
                  <wp:extent cx="3240000" cy="3240000"/>
                  <wp:effectExtent l="0" t="0" r="0" b="0"/>
                  <wp:docPr id="175756212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32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48672A3F" w14:textId="0A009D06" w:rsidR="00B57A73" w:rsidRDefault="00B57A73" w:rsidP="00BE5902">
            <w:r>
              <w:rPr>
                <w:b/>
                <w:sz w:val="40"/>
              </w:rPr>
              <w:t>Your rights</w:t>
            </w:r>
          </w:p>
          <w:p w14:paraId="7BB73D9F" w14:textId="77777777" w:rsidR="00B57A73" w:rsidRDefault="00B57A73" w:rsidP="00BE5902">
            <w:pPr>
              <w:rPr>
                <w:sz w:val="36"/>
                <w:szCs w:val="24"/>
              </w:rPr>
            </w:pPr>
            <w:r w:rsidRPr="00616AFC">
              <w:rPr>
                <w:sz w:val="36"/>
                <w:szCs w:val="24"/>
              </w:rPr>
              <w:t>You can ask to see your information, correct mistakes and make complaints.</w:t>
            </w:r>
          </w:p>
          <w:p w14:paraId="5C70659D" w14:textId="77777777" w:rsidR="006C5B3B" w:rsidRDefault="006C5B3B" w:rsidP="00BE5902">
            <w:pPr>
              <w:rPr>
                <w:sz w:val="36"/>
                <w:szCs w:val="24"/>
              </w:rPr>
            </w:pPr>
          </w:p>
          <w:p w14:paraId="4AF387D3" w14:textId="77777777" w:rsidR="006C5B3B" w:rsidRDefault="006C5B3B" w:rsidP="00BE5902">
            <w:pPr>
              <w:rPr>
                <w:sz w:val="36"/>
                <w:szCs w:val="24"/>
              </w:rPr>
            </w:pPr>
          </w:p>
          <w:p w14:paraId="744D0408" w14:textId="77777777" w:rsidR="006C5B3B" w:rsidRDefault="006C5B3B" w:rsidP="00BE5902">
            <w:pPr>
              <w:rPr>
                <w:sz w:val="36"/>
                <w:szCs w:val="24"/>
              </w:rPr>
            </w:pPr>
          </w:p>
          <w:p w14:paraId="33B6293B" w14:textId="77777777" w:rsidR="006C5B3B" w:rsidRDefault="006C5B3B" w:rsidP="00BE5902">
            <w:pPr>
              <w:rPr>
                <w:sz w:val="36"/>
                <w:szCs w:val="24"/>
              </w:rPr>
            </w:pPr>
          </w:p>
          <w:p w14:paraId="53B29B56" w14:textId="43B31631" w:rsidR="006C5B3B" w:rsidRDefault="006C5B3B" w:rsidP="00BE5902">
            <w:pPr>
              <w:rPr>
                <w:b/>
                <w:sz w:val="40"/>
              </w:rPr>
            </w:pPr>
          </w:p>
        </w:tc>
      </w:tr>
      <w:tr w:rsidR="00B57A73" w:rsidRPr="00F9535B" w14:paraId="6F38EEF1" w14:textId="77777777" w:rsidTr="00616AFC">
        <w:tc>
          <w:tcPr>
            <w:tcW w:w="5671" w:type="dxa"/>
          </w:tcPr>
          <w:p w14:paraId="5233B874" w14:textId="77777777" w:rsidR="00CD777E" w:rsidRDefault="00CD777E" w:rsidP="00BE5902">
            <w:pPr>
              <w:rPr>
                <w:lang w:val="en-GB"/>
              </w:rPr>
            </w:pPr>
          </w:p>
          <w:p w14:paraId="7263815D" w14:textId="77777777" w:rsidR="00CD777E" w:rsidRDefault="00CD777E" w:rsidP="00BE5902">
            <w:pPr>
              <w:rPr>
                <w:lang w:val="en-GB"/>
              </w:rPr>
            </w:pPr>
          </w:p>
          <w:p w14:paraId="2F760D6F" w14:textId="6E5880EA" w:rsidR="00271DAE" w:rsidRPr="006C5B3B" w:rsidRDefault="00874F63" w:rsidP="00BE5902">
            <w:pPr>
              <w:rPr>
                <w:lang w:val="en-GB"/>
              </w:rPr>
            </w:pPr>
            <w:r w:rsidRPr="00874F63">
              <w:rPr>
                <w:noProof/>
                <w:lang w:val="en-GB"/>
              </w:rPr>
              <w:drawing>
                <wp:inline distT="0" distB="0" distL="0" distR="0" wp14:anchorId="722AF18C" wp14:editId="56B21DAA">
                  <wp:extent cx="3240000" cy="2368125"/>
                  <wp:effectExtent l="0" t="0" r="0" b="0"/>
                  <wp:docPr id="153431133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236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763AD574" w14:textId="77777777" w:rsidR="00CD777E" w:rsidRDefault="00CD777E" w:rsidP="00BE5902">
            <w:pPr>
              <w:rPr>
                <w:b/>
                <w:sz w:val="40"/>
              </w:rPr>
            </w:pPr>
          </w:p>
          <w:p w14:paraId="085CB74C" w14:textId="77777777" w:rsidR="006C5B3B" w:rsidRDefault="006C5B3B" w:rsidP="00BE5902">
            <w:pPr>
              <w:rPr>
                <w:b/>
                <w:sz w:val="40"/>
              </w:rPr>
            </w:pPr>
          </w:p>
          <w:p w14:paraId="122FB288" w14:textId="77777777" w:rsidR="006C5B3B" w:rsidRDefault="006C5B3B" w:rsidP="00BE5902">
            <w:pPr>
              <w:rPr>
                <w:b/>
                <w:sz w:val="40"/>
              </w:rPr>
            </w:pPr>
          </w:p>
          <w:p w14:paraId="2B18F500" w14:textId="77777777" w:rsidR="006C5B3B" w:rsidRDefault="006C5B3B" w:rsidP="00BE5902">
            <w:pPr>
              <w:rPr>
                <w:b/>
                <w:sz w:val="40"/>
              </w:rPr>
            </w:pPr>
          </w:p>
          <w:p w14:paraId="250265A6" w14:textId="77777777" w:rsidR="00CD777E" w:rsidRDefault="00CD777E" w:rsidP="00BE5902">
            <w:pPr>
              <w:rPr>
                <w:b/>
                <w:sz w:val="40"/>
              </w:rPr>
            </w:pPr>
          </w:p>
          <w:p w14:paraId="1A435700" w14:textId="4A1BBBDA" w:rsidR="00B57A73" w:rsidRDefault="00B57A73" w:rsidP="00BE5902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Contact details</w:t>
            </w:r>
          </w:p>
          <w:p w14:paraId="33B308BD" w14:textId="5DC99C2A" w:rsidR="00B57A73" w:rsidRPr="00CD777E" w:rsidRDefault="00B57A73" w:rsidP="00B57A73">
            <w:pPr>
              <w:rPr>
                <w:sz w:val="36"/>
                <w:szCs w:val="24"/>
              </w:rPr>
            </w:pPr>
            <w:r w:rsidRPr="00CD777E">
              <w:rPr>
                <w:b/>
                <w:bCs/>
                <w:sz w:val="36"/>
                <w:szCs w:val="24"/>
              </w:rPr>
              <w:t>Ipsos:</w:t>
            </w:r>
            <w:r w:rsidRPr="00CD777E">
              <w:rPr>
                <w:sz w:val="36"/>
                <w:szCs w:val="24"/>
              </w:rPr>
              <w:t xml:space="preserve"> </w:t>
            </w:r>
            <w:hyperlink r:id="rId24" w:history="1">
              <w:r w:rsidR="00271DAE" w:rsidRPr="00CD777E">
                <w:rPr>
                  <w:rStyle w:val="Hyperlink"/>
                  <w:sz w:val="36"/>
                  <w:szCs w:val="24"/>
                </w:rPr>
                <w:t>compliance@ipsos.com</w:t>
              </w:r>
            </w:hyperlink>
            <w:r w:rsidR="00271DAE" w:rsidRPr="00CD777E">
              <w:rPr>
                <w:sz w:val="36"/>
                <w:szCs w:val="24"/>
              </w:rPr>
              <w:t xml:space="preserve"> </w:t>
            </w:r>
          </w:p>
          <w:p w14:paraId="3F53E1EF" w14:textId="77777777" w:rsidR="00CD777E" w:rsidRPr="00CD777E" w:rsidRDefault="00CD777E" w:rsidP="00B57A73">
            <w:pPr>
              <w:rPr>
                <w:b/>
                <w:bCs/>
                <w:sz w:val="36"/>
                <w:szCs w:val="24"/>
              </w:rPr>
            </w:pPr>
          </w:p>
          <w:p w14:paraId="5EEE18C4" w14:textId="545691F5" w:rsidR="006C5B3B" w:rsidRPr="006C5B3B" w:rsidRDefault="00B57A73" w:rsidP="00B57A73">
            <w:r w:rsidRPr="00CD777E">
              <w:rPr>
                <w:b/>
                <w:bCs/>
                <w:sz w:val="36"/>
                <w:szCs w:val="24"/>
              </w:rPr>
              <w:t>DHSC:</w:t>
            </w:r>
            <w:r w:rsidRPr="00CD777E">
              <w:rPr>
                <w:sz w:val="36"/>
                <w:szCs w:val="24"/>
              </w:rPr>
              <w:t xml:space="preserve"> </w:t>
            </w:r>
            <w:hyperlink r:id="rId25" w:history="1">
              <w:r w:rsidR="00271DAE" w:rsidRPr="00CD777E">
                <w:rPr>
                  <w:rStyle w:val="Hyperlink"/>
                  <w:sz w:val="36"/>
                  <w:szCs w:val="24"/>
                </w:rPr>
                <w:t>data_protection@dhsc.gov.uk</w:t>
              </w:r>
            </w:hyperlink>
            <w:r w:rsidR="00271DAE">
              <w:t xml:space="preserve"> </w:t>
            </w:r>
          </w:p>
        </w:tc>
      </w:tr>
      <w:tr w:rsidR="00B57A73" w:rsidRPr="00F9535B" w14:paraId="5040E91A" w14:textId="77777777" w:rsidTr="00616AFC">
        <w:tc>
          <w:tcPr>
            <w:tcW w:w="5671" w:type="dxa"/>
          </w:tcPr>
          <w:p w14:paraId="525882F4" w14:textId="0E8E0A39" w:rsidR="00B57A73" w:rsidRDefault="00271DAE" w:rsidP="00BE5902">
            <w:r w:rsidRPr="00F9535B">
              <w:rPr>
                <w:noProof/>
                <w:szCs w:val="32"/>
              </w:rPr>
              <w:lastRenderedPageBreak/>
              <w:drawing>
                <wp:inline distT="0" distB="0" distL="0" distR="0" wp14:anchorId="7A2AF6A8" wp14:editId="0504BE6A">
                  <wp:extent cx="3240000" cy="3464134"/>
                  <wp:effectExtent l="0" t="0" r="0" b="3175"/>
                  <wp:docPr id="112189211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0000" cy="3464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4E04F67D" w14:textId="77777777" w:rsidR="00B57A73" w:rsidRDefault="00B57A73" w:rsidP="00BE5902">
            <w:pPr>
              <w:rPr>
                <w:b/>
                <w:sz w:val="40"/>
              </w:rPr>
            </w:pPr>
            <w:r>
              <w:rPr>
                <w:b/>
                <w:sz w:val="40"/>
              </w:rPr>
              <w:t>Thank you</w:t>
            </w:r>
          </w:p>
          <w:p w14:paraId="28A4AB00" w14:textId="5EA5D911" w:rsidR="00B57A73" w:rsidRDefault="00B57A73" w:rsidP="00BE5902">
            <w:pPr>
              <w:rPr>
                <w:b/>
                <w:sz w:val="40"/>
              </w:rPr>
            </w:pPr>
            <w:r w:rsidRPr="00CD777E">
              <w:rPr>
                <w:sz w:val="36"/>
                <w:szCs w:val="24"/>
              </w:rPr>
              <w:t>Please ask if anything is unclear. We are happy to help.</w:t>
            </w:r>
          </w:p>
        </w:tc>
      </w:tr>
    </w:tbl>
    <w:p w14:paraId="5EFC37FE" w14:textId="1F4D0986" w:rsidR="000311E9" w:rsidRDefault="000311E9"/>
    <w:p w14:paraId="66FF3B8E" w14:textId="52D7EEF7" w:rsidR="000311E9" w:rsidRDefault="000311E9"/>
    <w:sectPr w:rsidR="000311E9" w:rsidSect="001F521D">
      <w:headerReference w:type="default" r:id="rId27"/>
      <w:headerReference w:type="first" r:id="rId28"/>
      <w:pgSz w:w="12240" w:h="15840"/>
      <w:pgMar w:top="1440" w:right="1800" w:bottom="993" w:left="1800" w:header="720" w:footer="720" w:gutter="0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CAD4E" w14:textId="77777777" w:rsidR="00AA589F" w:rsidRDefault="00AA589F" w:rsidP="008E3E2F">
      <w:pPr>
        <w:spacing w:after="0" w:line="240" w:lineRule="auto"/>
      </w:pPr>
      <w:r>
        <w:separator/>
      </w:r>
    </w:p>
  </w:endnote>
  <w:endnote w:type="continuationSeparator" w:id="0">
    <w:p w14:paraId="60042E01" w14:textId="77777777" w:rsidR="00AA589F" w:rsidRDefault="00AA589F" w:rsidP="008E3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Barlow Semi Condensed ExtraBold">
    <w:charset w:val="00"/>
    <w:family w:val="auto"/>
    <w:pitch w:val="variable"/>
    <w:sig w:usb0="20000007" w:usb1="00000000" w:usb2="00000000" w:usb3="00000000" w:csb0="00000193" w:csb1="00000000"/>
  </w:font>
  <w:font w:name="Barlow Semi Condensed SemiBold">
    <w:charset w:val="00"/>
    <w:family w:val="auto"/>
    <w:pitch w:val="variable"/>
    <w:sig w:usb0="20000007" w:usb1="00000000" w:usb2="00000000" w:usb3="00000000" w:csb0="000001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68DCF" w14:textId="77777777" w:rsidR="00AA589F" w:rsidRDefault="00AA589F" w:rsidP="008E3E2F">
      <w:pPr>
        <w:spacing w:after="0" w:line="240" w:lineRule="auto"/>
      </w:pPr>
      <w:r>
        <w:separator/>
      </w:r>
    </w:p>
  </w:footnote>
  <w:footnote w:type="continuationSeparator" w:id="0">
    <w:p w14:paraId="4E00962E" w14:textId="77777777" w:rsidR="00AA589F" w:rsidRDefault="00AA589F" w:rsidP="008E3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BBEAD" w14:textId="760A5BBB" w:rsidR="008E3E2F" w:rsidRDefault="008E3E2F" w:rsidP="007B7023">
    <w:pPr>
      <w:pStyle w:val="Header"/>
      <w:ind w:left="-993" w:right="-716"/>
      <w:jc w:val="right"/>
    </w:pPr>
    <w:r>
      <w:t xml:space="preserve">   </w:t>
    </w:r>
  </w:p>
  <w:p w14:paraId="032139F1" w14:textId="77777777" w:rsidR="008E3E2F" w:rsidRDefault="008E3E2F" w:rsidP="008E3E2F">
    <w:pPr>
      <w:pStyle w:val="Header"/>
      <w:ind w:left="-851" w:right="-99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14F8D" w14:textId="0ABB7E95" w:rsidR="001F521D" w:rsidRDefault="001F521D" w:rsidP="006C5B3B">
    <w:pPr>
      <w:pStyle w:val="Header"/>
      <w:ind w:right="-716"/>
      <w:jc w:val="right"/>
    </w:pPr>
    <w:r>
      <w:rPr>
        <w:noProof/>
      </w:rPr>
      <w:drawing>
        <wp:inline distT="0" distB="0" distL="0" distR="0" wp14:anchorId="1FC88CA4" wp14:editId="6BC828E5">
          <wp:extent cx="1185000" cy="1080000"/>
          <wp:effectExtent l="0" t="0" r="0" b="6350"/>
          <wp:docPr id="388546589" name="Picture 1" descr="Ipsos logo in transparent PNG and vectorized SVG format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psos logo in transparent PNG and vectorized SVG format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5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rPr>
        <w:noProof/>
      </w:rPr>
      <w:drawing>
        <wp:inline distT="0" distB="0" distL="0" distR="0" wp14:anchorId="4772D9F1" wp14:editId="1C1FD934">
          <wp:extent cx="1080000" cy="1080000"/>
          <wp:effectExtent l="0" t="0" r="6350" b="6350"/>
          <wp:docPr id="33769500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87B1599"/>
    <w:multiLevelType w:val="multilevel"/>
    <w:tmpl w:val="A5B496B0"/>
    <w:styleLink w:val="JayeshNavinShahEasterEgg2"/>
    <w:lvl w:ilvl="0">
      <w:start w:val="1"/>
      <w:numFmt w:val="decimal"/>
      <w:pStyle w:val="01BMainHeadingNumberedTOC"/>
      <w:lvlText w:val="%1"/>
      <w:lvlJc w:val="left"/>
      <w:pPr>
        <w:ind w:left="10773" w:hanging="567"/>
      </w:pPr>
      <w:rPr>
        <w:rFonts w:hint="default"/>
      </w:rPr>
    </w:lvl>
    <w:lvl w:ilvl="1">
      <w:start w:val="1"/>
      <w:numFmt w:val="decimal"/>
      <w:pStyle w:val="02BSubheadingNumbered1stlevelTOC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03BSubheadingNumbered2ndlevelTOC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Restart w:val="1"/>
      <w:pStyle w:val="07BImageCaptionNumbered"/>
      <w:suff w:val="space"/>
      <w:lvlText w:val="Figure %1.%4: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Restart w:val="1"/>
      <w:pStyle w:val="07DTableCaptionNumbered"/>
      <w:suff w:val="space"/>
      <w:lvlText w:val="Table %1.%5: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hanging="567"/>
      </w:pPr>
      <w:rPr>
        <w:rFonts w:hint="default"/>
      </w:rPr>
    </w:lvl>
  </w:abstractNum>
  <w:abstractNum w:abstractNumId="10" w15:restartNumberingAfterBreak="0">
    <w:nsid w:val="22024F0D"/>
    <w:multiLevelType w:val="hybridMultilevel"/>
    <w:tmpl w:val="C862E1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C46C3C"/>
    <w:multiLevelType w:val="hybridMultilevel"/>
    <w:tmpl w:val="1B26C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982057">
    <w:abstractNumId w:val="8"/>
  </w:num>
  <w:num w:numId="2" w16cid:durableId="1223365644">
    <w:abstractNumId w:val="6"/>
  </w:num>
  <w:num w:numId="3" w16cid:durableId="2073650146">
    <w:abstractNumId w:val="5"/>
  </w:num>
  <w:num w:numId="4" w16cid:durableId="19867799">
    <w:abstractNumId w:val="4"/>
  </w:num>
  <w:num w:numId="5" w16cid:durableId="1188328635">
    <w:abstractNumId w:val="7"/>
  </w:num>
  <w:num w:numId="6" w16cid:durableId="155462604">
    <w:abstractNumId w:val="3"/>
  </w:num>
  <w:num w:numId="7" w16cid:durableId="363216967">
    <w:abstractNumId w:val="2"/>
  </w:num>
  <w:num w:numId="8" w16cid:durableId="479154284">
    <w:abstractNumId w:val="1"/>
  </w:num>
  <w:num w:numId="9" w16cid:durableId="824781147">
    <w:abstractNumId w:val="0"/>
  </w:num>
  <w:num w:numId="10" w16cid:durableId="1184201789">
    <w:abstractNumId w:val="9"/>
  </w:num>
  <w:num w:numId="11" w16cid:durableId="1480927216">
    <w:abstractNumId w:val="11"/>
  </w:num>
  <w:num w:numId="12" w16cid:durableId="6516431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11E9"/>
    <w:rsid w:val="00034616"/>
    <w:rsid w:val="00043818"/>
    <w:rsid w:val="0006063C"/>
    <w:rsid w:val="0015074B"/>
    <w:rsid w:val="00184214"/>
    <w:rsid w:val="001F521D"/>
    <w:rsid w:val="001F54E8"/>
    <w:rsid w:val="00217BA3"/>
    <w:rsid w:val="00245180"/>
    <w:rsid w:val="00271DAE"/>
    <w:rsid w:val="0029639D"/>
    <w:rsid w:val="00304001"/>
    <w:rsid w:val="00326F90"/>
    <w:rsid w:val="003751BE"/>
    <w:rsid w:val="00456DCA"/>
    <w:rsid w:val="00512F6B"/>
    <w:rsid w:val="00616AFC"/>
    <w:rsid w:val="00696006"/>
    <w:rsid w:val="006B51E4"/>
    <w:rsid w:val="006C5B3B"/>
    <w:rsid w:val="00780CAF"/>
    <w:rsid w:val="007B7023"/>
    <w:rsid w:val="00874F63"/>
    <w:rsid w:val="008E3E2F"/>
    <w:rsid w:val="00A6730D"/>
    <w:rsid w:val="00AA1D8D"/>
    <w:rsid w:val="00AA589F"/>
    <w:rsid w:val="00B47730"/>
    <w:rsid w:val="00B57A73"/>
    <w:rsid w:val="00BF09B1"/>
    <w:rsid w:val="00CB0664"/>
    <w:rsid w:val="00CD777E"/>
    <w:rsid w:val="00D76769"/>
    <w:rsid w:val="00EF6945"/>
    <w:rsid w:val="00FC693F"/>
    <w:rsid w:val="00FD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B154E3"/>
  <w14:defaultImageDpi w14:val="300"/>
  <w15:docId w15:val="{EE5C4AE2-DBA8-46D6-A900-D831B5EEE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aliases w:val="cS List Paragraph"/>
    <w:basedOn w:val="Normal"/>
    <w:link w:val="ListParagraphChar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numbering" w:customStyle="1" w:styleId="JayeshNavinShahEasterEgg2">
    <w:name w:val="JayeshNavinShahEasterEgg2"/>
    <w:basedOn w:val="NoList"/>
    <w:uiPriority w:val="99"/>
    <w:rsid w:val="008E3E2F"/>
    <w:pPr>
      <w:numPr>
        <w:numId w:val="10"/>
      </w:numPr>
    </w:pPr>
  </w:style>
  <w:style w:type="paragraph" w:customStyle="1" w:styleId="04ABodyText">
    <w:name w:val="04A Body Text"/>
    <w:basedOn w:val="Normal"/>
    <w:link w:val="04ABodyTextChar"/>
    <w:qFormat/>
    <w:rsid w:val="008E3E2F"/>
    <w:pPr>
      <w:spacing w:before="120" w:after="240" w:line="288" w:lineRule="auto"/>
    </w:pPr>
    <w:rPr>
      <w:rFonts w:ascii="Barlow" w:eastAsia="Times New Roman" w:hAnsi="Barlow" w:cs="Arial"/>
      <w:color w:val="000000" w:themeColor="text1"/>
      <w:sz w:val="24"/>
      <w:szCs w:val="20"/>
      <w:lang w:val="en-GB" w:eastAsia="en-GB"/>
    </w:rPr>
  </w:style>
  <w:style w:type="character" w:customStyle="1" w:styleId="04ABodyTextChar">
    <w:name w:val="04A Body Text Char"/>
    <w:basedOn w:val="DefaultParagraphFont"/>
    <w:link w:val="04ABodyText"/>
    <w:rsid w:val="008E3E2F"/>
    <w:rPr>
      <w:rFonts w:ascii="Barlow" w:eastAsia="Times New Roman" w:hAnsi="Barlow" w:cs="Arial"/>
      <w:color w:val="000000" w:themeColor="text1"/>
      <w:sz w:val="24"/>
      <w:szCs w:val="20"/>
      <w:lang w:val="en-GB" w:eastAsia="en-GB"/>
    </w:rPr>
  </w:style>
  <w:style w:type="character" w:customStyle="1" w:styleId="ListParagraphChar">
    <w:name w:val="List Paragraph Char"/>
    <w:aliases w:val="cS List Paragraph Char"/>
    <w:basedOn w:val="DefaultParagraphFont"/>
    <w:link w:val="ListParagraph"/>
    <w:uiPriority w:val="34"/>
    <w:rsid w:val="008E3E2F"/>
    <w:rPr>
      <w:rFonts w:ascii="Arial" w:hAnsi="Arial"/>
      <w:sz w:val="32"/>
    </w:rPr>
  </w:style>
  <w:style w:type="paragraph" w:customStyle="1" w:styleId="01BMainHeadingNumberedTOC">
    <w:name w:val="01B Main Heading Numbered (TOC)"/>
    <w:basedOn w:val="Heading2"/>
    <w:next w:val="04ABodyText"/>
    <w:qFormat/>
    <w:rsid w:val="008E3E2F"/>
    <w:pPr>
      <w:numPr>
        <w:numId w:val="10"/>
      </w:numPr>
      <w:spacing w:before="0" w:after="120" w:line="240" w:lineRule="auto"/>
      <w:ind w:left="567"/>
    </w:pPr>
    <w:rPr>
      <w:rFonts w:ascii="Barlow Semi Condensed ExtraBold" w:eastAsia="Times New Roman" w:hAnsi="Barlow Semi Condensed ExtraBold" w:cs="Arial"/>
      <w:b w:val="0"/>
      <w:bCs w:val="0"/>
      <w:sz w:val="56"/>
      <w:szCs w:val="48"/>
      <w:lang w:val="en-GB" w:eastAsia="en-GB"/>
    </w:rPr>
  </w:style>
  <w:style w:type="paragraph" w:customStyle="1" w:styleId="07BImageCaptionNumbered">
    <w:name w:val="07B Image Caption Numbered"/>
    <w:basedOn w:val="Normal"/>
    <w:next w:val="04ABodyText"/>
    <w:qFormat/>
    <w:rsid w:val="008E3E2F"/>
    <w:pPr>
      <w:keepNext/>
      <w:keepLines/>
      <w:numPr>
        <w:ilvl w:val="3"/>
        <w:numId w:val="10"/>
      </w:numPr>
      <w:spacing w:before="240" w:after="120" w:line="240" w:lineRule="auto"/>
      <w:ind w:left="0" w:firstLine="0"/>
      <w:outlineLvl w:val="2"/>
    </w:pPr>
    <w:rPr>
      <w:rFonts w:ascii="Barlow Semi Condensed SemiBold" w:eastAsia="Times New Roman" w:hAnsi="Barlow Semi Condensed SemiBold" w:cs="Arial"/>
      <w:color w:val="000000" w:themeColor="text1"/>
      <w:sz w:val="24"/>
      <w:szCs w:val="48"/>
      <w:lang w:val="en-GB" w:eastAsia="en-GB"/>
    </w:rPr>
  </w:style>
  <w:style w:type="paragraph" w:customStyle="1" w:styleId="07DTableCaptionNumbered">
    <w:name w:val="07D Table Caption Numbered"/>
    <w:basedOn w:val="Normal"/>
    <w:next w:val="04ABodyText"/>
    <w:qFormat/>
    <w:rsid w:val="008E3E2F"/>
    <w:pPr>
      <w:keepNext/>
      <w:keepLines/>
      <w:numPr>
        <w:ilvl w:val="4"/>
        <w:numId w:val="10"/>
      </w:numPr>
      <w:spacing w:before="240" w:after="120" w:line="240" w:lineRule="auto"/>
      <w:ind w:left="0" w:firstLine="0"/>
      <w:outlineLvl w:val="2"/>
    </w:pPr>
    <w:rPr>
      <w:rFonts w:ascii="Barlow Semi Condensed SemiBold" w:eastAsia="Times New Roman" w:hAnsi="Barlow Semi Condensed SemiBold" w:cs="Arial"/>
      <w:color w:val="000000" w:themeColor="text1"/>
      <w:sz w:val="24"/>
      <w:szCs w:val="48"/>
      <w:lang w:val="en-GB" w:eastAsia="en-GB"/>
    </w:rPr>
  </w:style>
  <w:style w:type="paragraph" w:customStyle="1" w:styleId="02BSubheadingNumbered1stlevelTOC">
    <w:name w:val="02B Subheading Numbered (1st level) (TOC)"/>
    <w:basedOn w:val="Heading3"/>
    <w:next w:val="04ABodyText"/>
    <w:qFormat/>
    <w:rsid w:val="008E3E2F"/>
    <w:pPr>
      <w:numPr>
        <w:ilvl w:val="1"/>
        <w:numId w:val="10"/>
      </w:numPr>
      <w:spacing w:before="240" w:after="120" w:line="240" w:lineRule="auto"/>
    </w:pPr>
    <w:rPr>
      <w:rFonts w:ascii="Barlow Semi Condensed SemiBold" w:eastAsia="Times New Roman" w:hAnsi="Barlow Semi Condensed SemiBold" w:cs="Arial"/>
      <w:b w:val="0"/>
      <w:bCs w:val="0"/>
      <w:sz w:val="28"/>
      <w:szCs w:val="20"/>
      <w:lang w:val="en-GB" w:eastAsia="en-GB"/>
    </w:rPr>
  </w:style>
  <w:style w:type="paragraph" w:customStyle="1" w:styleId="03BSubheadingNumbered2ndlevelTOC">
    <w:name w:val="03B Subheading Numbered (2nd level) (TOC)"/>
    <w:basedOn w:val="Heading3"/>
    <w:next w:val="04ABodyText"/>
    <w:qFormat/>
    <w:rsid w:val="008E3E2F"/>
    <w:pPr>
      <w:numPr>
        <w:ilvl w:val="2"/>
        <w:numId w:val="10"/>
      </w:numPr>
      <w:spacing w:before="240" w:after="120" w:line="240" w:lineRule="auto"/>
      <w:outlineLvl w:val="3"/>
    </w:pPr>
    <w:rPr>
      <w:rFonts w:ascii="Barlow Semi Condensed SemiBold" w:eastAsia="Times New Roman" w:hAnsi="Barlow Semi Condensed SemiBold" w:cs="Arial"/>
      <w:b w:val="0"/>
      <w:bCs w:val="0"/>
      <w:sz w:val="28"/>
      <w:szCs w:val="20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271DA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1D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5" Type="http://schemas.openxmlformats.org/officeDocument/2006/relationships/hyperlink" Target="mailto:data_protection@dhsc.gov.uk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hyperlink" Target="mailto:compliance@ipsos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2.xml"/><Relationship Id="rId10" Type="http://schemas.openxmlformats.org/officeDocument/2006/relationships/image" Target="media/image3.emf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9.jpeg"/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Tuhou</dc:creator>
  <cp:keywords/>
  <dc:description>generated by python-docx</dc:description>
  <cp:lastModifiedBy>Laura Tuhou</cp:lastModifiedBy>
  <cp:revision>6</cp:revision>
  <dcterms:created xsi:type="dcterms:W3CDTF">2026-08-14T08:12:00Z</dcterms:created>
  <dcterms:modified xsi:type="dcterms:W3CDTF">2026-08-14T10:33:00Z</dcterms:modified>
  <cp:category/>
</cp:coreProperties>
</file>